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EliteTez ücretsiz eğitim kaynağı</w:t>
      </w:r>
    </w:p>
    <w:p>
      <w:pPr>
        <w:pStyle w:val="Title"/>
      </w:pPr>
      <w:r>
        <w:t>Tez teslim takip listesi</w:t>
      </w:r>
    </w:p>
    <w:p>
      <w:pPr>
        <w:pStyle w:val="Subtitle"/>
      </w:pPr>
      <w:r>
        <w:t>Savunma öncesi ve sonrası için düzenlenebilir belge kaydı</w:t>
      </w:r>
    </w:p>
    <w:p>
      <w:r>
        <w:t>Kendi enstitünüzün teslim sürecindeki belgeleri, hedef tarihleri ve teyitleri kaydedin. Buradaki maddeler genel kontrol başlıklarıdır; gerekli evrakları ve hangi aşamada istendiğini yetkili birimden doğrulayın.</w:t>
      </w:r>
    </w:p>
    <w:p>
      <w:r>
        <w:t>Bu dosya genel bir çalışma aracıdır; resmî üniversite formu veya onay belgesi değildir. Kendi enstitünüzün güncel formu ve talimatları önceliklidir. Araştırma içeriğini ve kararlarını kendiniz hazırlayın.</w:t>
      </w:r>
    </w:p>
    <w:p>
      <w:pPr>
        <w:pStyle w:val="Heading1"/>
      </w:pPr>
      <w:r>
        <w:t>Yetkili kaynağı ve kapsamı kaydedin</w:t>
      </w:r>
    </w:p>
    <w:p>
      <w:r/>
      <w:r>
        <w:rPr>
          <w:b/>
        </w:rPr>
        <w:t xml:space="preserve">Üniversite enstitü ve program </w:t>
      </w:r>
      <w:r>
        <w:t>[Kurum ve program]</w:t>
      </w:r>
    </w:p>
    <w:p>
      <w:r/>
      <w:r>
        <w:rPr>
          <w:b/>
        </w:rPr>
        <w:t xml:space="preserve">Derece ve öğrenci durumu </w:t>
      </w:r>
      <w:r>
        <w:t>[Yüksek lisans doktora veya kendi statünüz]</w:t>
      </w:r>
    </w:p>
    <w:p>
      <w:r/>
      <w:r>
        <w:rPr>
          <w:b/>
        </w:rPr>
        <w:t xml:space="preserve">Resmî teslim talimatı </w:t>
      </w:r>
      <w:r>
        <w:t>[Bağlantı sürüm kontrol tarihi]</w:t>
      </w:r>
    </w:p>
    <w:p>
      <w:r/>
      <w:r>
        <w:rPr>
          <w:b/>
        </w:rPr>
        <w:t xml:space="preserve">Yetkili birim ve teyit kanalı </w:t>
      </w:r>
      <w:r>
        <w:t>[Birim ve yazılı teyit kaynağı]</w:t>
      </w:r>
    </w:p>
    <w:p>
      <w:r/>
      <w:r>
        <w:rPr>
          <w:b/>
        </w:rPr>
        <w:t xml:space="preserve">Takip dosyası sürümü </w:t>
      </w:r>
      <w:r>
        <w:t>[Sürüm ve tarih]</w:t>
      </w:r>
    </w:p>
    <w:p>
      <w:pPr>
        <w:pStyle w:val="Heading1"/>
      </w:pPr>
      <w:r>
        <w:t>Savunma öncesi kontrol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1080"/>
        <w:gridCol w:w="1080"/>
        <w:gridCol w:w="1296"/>
        <w:gridCol w:w="1944"/>
        <w:gridCol w:w="1152"/>
      </w:tblGrid>
      <w:tr>
        <w:trPr>
          <w:cantSplit/>
          <w:tblHeader w:val="true"/>
        </w:trPr>
        <w:tc>
          <w:tcPr>
            <w:tcW w:type="dxa" w:w="3384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Kontrol başlığı</w:t>
            </w:r>
          </w:p>
        </w:tc>
        <w:tc>
          <w:tcPr>
            <w:tcW w:type="dxa" w:w="108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Sürüm</w:t>
            </w:r>
          </w:p>
        </w:tc>
        <w:tc>
          <w:tcPr>
            <w:tcW w:type="dxa" w:w="108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Sorumlu</w:t>
            </w:r>
          </w:p>
        </w:tc>
        <w:tc>
          <w:tcPr>
            <w:tcW w:type="dxa" w:w="129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Hedef tarih</w:t>
            </w:r>
          </w:p>
        </w:tc>
        <w:tc>
          <w:tcPr>
            <w:tcW w:type="dxa" w:w="1944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Teyit</w:t>
            </w:r>
          </w:p>
        </w:tc>
        <w:tc>
          <w:tcPr>
            <w:tcW w:type="dxa" w:w="1152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Durum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Savunma süreci ve gereken evrakların teyidi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Güncel tez ve PDF format kontrolü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Danışman incelemesi ve geri bildirim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Enstitünün istediği başvuru belgeleri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</w:tbl>
    <w:p>
      <w:pPr>
        <w:spacing w:after="0"/>
      </w:pPr>
    </w:p>
    <w:p>
      <w:r>
        <w:rPr>
          <w:sz w:val="21"/>
        </w:rPr>
        <w:t>Not. Kopya sayısı, baskı, benzerlik raporu veya belirli bir formun zorunlu olduğunu varsaymayın. Gerekiyorsa güncel talimat ve yazılı teyide göre listeye ekleyin.</w:t>
      </w:r>
    </w:p>
    <w:p>
      <w:r>
        <w:br w:type="page"/>
      </w:r>
    </w:p>
    <w:p>
      <w:pPr>
        <w:pStyle w:val="Heading1"/>
      </w:pPr>
      <w:r>
        <w:t>Savunma sonrası kontrol</w:t>
      </w:r>
    </w:p>
    <w:p>
      <w:r>
        <w:t>Kendi savunma sonucunuza ve enstitünüzün bildirdiği aşamaya göre kullanın. Düzeltme süresi, teslim tarihi ve belge zorunluluğunu bu dosyadan çıkarmayın.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1080"/>
        <w:gridCol w:w="1080"/>
        <w:gridCol w:w="1296"/>
        <w:gridCol w:w="1944"/>
        <w:gridCol w:w="1152"/>
      </w:tblGrid>
      <w:tr>
        <w:trPr>
          <w:cantSplit/>
          <w:tblHeader w:val="true"/>
        </w:trPr>
        <w:tc>
          <w:tcPr>
            <w:tcW w:type="dxa" w:w="3384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Kontrol başlığı</w:t>
            </w:r>
          </w:p>
        </w:tc>
        <w:tc>
          <w:tcPr>
            <w:tcW w:type="dxa" w:w="108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Sürüm</w:t>
            </w:r>
          </w:p>
        </w:tc>
        <w:tc>
          <w:tcPr>
            <w:tcW w:type="dxa" w:w="1080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Sorumlu</w:t>
            </w:r>
          </w:p>
        </w:tc>
        <w:tc>
          <w:tcPr>
            <w:tcW w:type="dxa" w:w="1296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Hedef tarih</w:t>
            </w:r>
          </w:p>
        </w:tc>
        <w:tc>
          <w:tcPr>
            <w:tcW w:type="dxa" w:w="1944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Teyit</w:t>
            </w:r>
          </w:p>
        </w:tc>
        <w:tc>
          <w:tcPr>
            <w:tcW w:type="dxa" w:w="1152"/>
            <w:vAlign w:val="center"/>
            <w:shd w:fill="142C4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Durum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Sonuç ve varsa düzeltmelerin yazılı kaydı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Düzeltmeler ve danışman kontrolü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Son dosya ve PDF kontrolü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Enstitünün istediği son teslim belgeleri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Teslim alındı teyidi ve arşiv kaydı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</w:tbl>
    <w:p>
      <w:pPr>
        <w:spacing w:after="0"/>
      </w:pPr>
    </w:p>
    <w:p>
      <w:pPr>
        <w:pStyle w:val="Heading2"/>
      </w:pPr>
      <w:r>
        <w:t>Son dosyayı eşleştirin</w:t>
      </w:r>
    </w:p>
    <w:p>
      <w:r/>
      <w:r>
        <w:rPr>
          <w:b/>
        </w:rPr>
        <w:t xml:space="preserve">Word dosyası adı ve sürümü </w:t>
      </w:r>
      <w:r>
        <w:t>[Ad ve sürüm]</w:t>
      </w:r>
    </w:p>
    <w:p>
      <w:r/>
      <w:r>
        <w:rPr>
          <w:b/>
        </w:rPr>
        <w:t xml:space="preserve">PDF dosyası adı ve sürümü </w:t>
      </w:r>
      <w:r>
        <w:t>[Ad ve sürüm]</w:t>
      </w:r>
    </w:p>
    <w:p>
      <w:r/>
      <w:r>
        <w:rPr>
          <w:b/>
        </w:rPr>
        <w:t xml:space="preserve">Son kontrol eden kişi ve tarih </w:t>
      </w:r>
      <w:r>
        <w:t>[Kişi ve tarih]</w:t>
      </w:r>
    </w:p>
    <w:p>
      <w:r/>
      <w:r>
        <w:rPr>
          <w:b/>
        </w:rPr>
        <w:t xml:space="preserve">Teslim kaydı veya referans numarası </w:t>
      </w:r>
      <w:r>
        <w:t>[Varsa gerçek kayıt bilgisi]</w:t>
      </w:r>
    </w:p>
    <w:p>
      <w:r>
        <w:rPr>
          <w:sz w:val="21"/>
        </w:rPr>
        <w:t>Not. Durum alanında bekliyor, işlemde, tamamlandı veya uygulanmaz gibi kendi etiketlerinizi kullanın. Tamamlandı yazmadan önce ilgili teyidi kaydedin.</w:t>
      </w:r>
    </w:p>
    <w:p>
      <w:r>
        <w:t>EliteTez öğrenci yerine tez yazmaz. Kendi çalışmanızı planlama ve belgelerinizi kontrol etme konusunda birebir danışmanlık alabilirsiniz.</w:t>
      </w:r>
    </w:p>
    <w:p>
      <w:r/>
      <w:hyperlink r:id="rId10">
        <w:r>
          <w:rPr>
            <w:color w:val="B38A41"/>
            <w:u w:val="single"/>
          </w:rPr>
          <w:t>elitetez.com üzerinden ücretsiz ön görüşme</w:t>
        </w:r>
      </w:hyperlink>
    </w:p>
    <w:sectPr w:rsidR="00FC693F" w:rsidRPr="0006063C" w:rsidSect="00034616">
      <w:footerReference w:type="default" r:id="rId9"/>
      <w:pgSz w:w="12240" w:h="15840"/>
      <w:pgMar w:top="1152" w:right="1152" w:bottom="1152" w:left="1152" w:header="504" w:footer="504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color w:val="000000"/>
        <w:sz w:val="18"/>
      </w:rPr>
      <w:t xml:space="preserve">EliteTez  |  </w:t>
    </w:r>
    <w:r>
      <w:rPr>
        <w:color w:val="000000"/>
        <w:sz w:val="18"/>
      </w:rPr>
      <w:fldChar w:fldCharType="begin"/>
      <w:instrText xml:space="preserve"> PAGE </w:instrText>
      <w:fldChar w:fldCharType="separate"/>
    </w:r>
    <w:r>
      <w:rPr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200" w:after="120"/>
    </w:pPr>
    <w:rPr>
      <w:b/>
      <w:bCs/>
      <w:i w:val="0"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rontHeading">
    <w:name w:val="Front Heading"/>
    <w:basedOn w:val="Normal"/>
    <w:pPr>
      <w:keepNext/>
      <w:spacing w:before="320" w:after="160"/>
    </w:pPr>
    <w:rPr>
      <w:b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litetez.com/#ileti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teslim takip listesi</dc:title>
  <dc:subject>Düzenlenebilir eğitim şablonu</dc:subject>
  <dc:creator>EliteTez</dc:creator>
  <cp:keywords/>
  <dc:description/>
  <cp:lastModifiedBy>EliteTez</cp:lastModifiedBy>
  <cp:revision>1</cp:revision>
  <dcterms:created xsi:type="dcterms:W3CDTF">2026-10-13T00:00:00Z</dcterms:created>
  <dcterms:modified xsi:type="dcterms:W3CDTF">2026-10-13T00:00:00Z</dcterms:modified>
  <cp:category/>
</cp:coreProperties>
</file>